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Grain Grower</w:t>
      </w:r>
    </w:p>
    <w:p>
      <w:pPr>
        <w:spacing w:before="0" w:after="240"/>
      </w:pPr>
      <w:r>
        <w:t>I am writing to apply for the Grain Grower role at [Company Name]. With practical experience in broadacre cereal and canola production, I can plan rotations, run machinery and manage harvest logistics while keeping safety and compliance at the front of every decision.</w:t>
      </w:r>
    </w:p>
    <w:p>
      <w:pPr>
        <w:spacing w:before="0" w:after="240"/>
      </w:pPr>
      <w:r>
        <w:t>On a previous cropping program I managed the harvest schedule across several paddocks, coordinating headers, chaser bins and transport. By matching machinery to paddock conditions and prioritising grain segregation, I reduced turnaround from five days to three and delivered stored grain within receival standards. I also maintained chemical records and machinery maintenance schedules that kept the operation audit ready.</w:t>
      </w:r>
    </w:p>
    <w:p>
      <w:pPr>
        <w:spacing w:before="0" w:after="240"/>
      </w:pPr>
      <w:r>
        <w:t>Why [Company Name]: [add one genuine, specific reason: a project, value, or market position you can point to]. I want to bring my field planning, machinery and record keeping skills to a team that takes soil health and grain quality seriously.</w:t>
      </w:r>
    </w:p>
    <w:p>
      <w:pPr>
        <w:spacing w:before="0" w:after="240"/>
      </w:pPr>
      <w:r>
        <w:t>Thank you for considering my application. My resume is attached and I would welcome the chance to discuss how I can contribute to your cropping program.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