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Graphic Designer</w:t>
      </w:r>
    </w:p>
    <w:p>
      <w:pPr>
        <w:spacing w:before="0" w:after="240"/>
      </w:pPr>
      <w:r>
        <w:t>I'm writing to apply for the Graphic Designer position at [Company Name]. My background in visual design and brand identity work, combined with hands-on experience across the Adobe Creative Suite and Figma, makes me a strong fit for a role that balances creative output with commercial delivery.</w:t>
      </w:r>
    </w:p>
    <w:p>
      <w:pPr>
        <w:spacing w:before="0" w:after="240"/>
      </w:pPr>
      <w:r>
        <w:t>In a previous project, I led the development of a brand identity from initial concept through to final asset delivery, working closely with a marketing team to refine the logo, colour palette and typography system across several feedback rounds. The final guidelines were adopted across the client's print and digital materials, cutting the time needed to produce new collateral because the templates and style rules were clear from the outset.</w:t>
      </w:r>
    </w:p>
    <w:p>
      <w:pPr>
        <w:spacing w:before="0" w:after="240"/>
      </w:pPr>
      <w:r>
        <w:t>[add one genuine, specific reason: a project, value, or market position you can point to] is what draws me to [Company Name] specifically, and I'd welcome the chance to bring that same attention to detail and client focus to your design team.</w:t>
      </w:r>
    </w:p>
    <w:p>
      <w:pPr>
        <w:spacing w:before="0" w:after="240"/>
      </w:pPr>
      <w:r>
        <w:t>Thank you for considering my application. I've attached my resume and would welcome the opportunity to discuss how my design skills and experience managing client feedback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