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Greenkeeper</w:t>
      </w:r>
    </w:p>
    <w:p>
      <w:pPr>
        <w:spacing w:before="0" w:after="240"/>
      </w:pPr>
      <w:r>
        <w:t>I am writing to apply for the Greenkeeper role at [Company Name]. With hands-on experience caring for fine turf on golf courses and sports grounds, I can step into your team and contribute to safe, consistent playing surfaces from day one.</w:t>
      </w:r>
    </w:p>
    <w:p>
      <w:pPr>
        <w:spacing w:before="0" w:after="240"/>
      </w:pPr>
      <w:r>
        <w:t>In my current position, I mow greens, fairways and surrounds to specified heights and manage an irrigation schedule across 18 holes. I recently led a renovation program that involved coring, scarifying and topdressing the greens, which improved surface consistency and reduced downtime for players. I also hold ChemCert accreditation and apply fertilisers and pesticides according to safety plans, keeping chemical use within label rates.</w:t>
      </w:r>
    </w:p>
    <w:p>
      <w:pPr>
        <w:spacing w:before="0" w:after="240"/>
      </w:pPr>
      <w:r>
        <w:t>Why this employer: [add one genuine, specific reason: a project, value, or market position you can point to]. I am keen to bring my turf management skills to a course that values [add a specific quality you have researched, such as championship conditioning or environmental stewardship].</w:t>
      </w:r>
    </w:p>
    <w:p>
      <w:pPr>
        <w:spacing w:before="0" w:after="240"/>
      </w:pPr>
      <w:r>
        <w:t>Thank you for considering my application. My resume is attached, and I look forward to discussing how I can help maintain your turf to the highest standard.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