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Grip</w:t>
      </w:r>
    </w:p>
    <w:p>
      <w:pPr>
        <w:spacing w:before="0" w:after="240"/>
      </w:pPr>
      <w:r>
        <w:t>I am writing to apply for the Grip role at [Company Name]. With hands-on experience rigging camera support and lighting equipment on film and television sets, I bring a safety-first approach and the practical skills to keep production moving.</w:t>
      </w:r>
    </w:p>
    <w:p>
      <w:pPr>
        <w:spacing w:before="0" w:after="240"/>
      </w:pPr>
      <w:r>
        <w:t>On a recent [production type] shoot, I was responsible for rigging a camera crane on uneven ground. I assessed the site, secured the base with appropriate ballast and checked the load calculations, which allowed the shot to proceed safely without delaying the schedule. The camera department later asked me to rig the same setup for a second unit because they trusted the stability and speed of the build.</w:t>
      </w:r>
    </w:p>
    <w:p>
      <w:pPr>
        <w:spacing w:before="0" w:after="240"/>
      </w:pPr>
      <w:r>
        <w:t>[add one genuine, specific reason: a project, value, or market position you can point to]</w:t>
      </w:r>
    </w:p>
    <w:p>
      <w:pPr>
        <w:spacing w:before="0" w:after="240"/>
      </w:pPr>
      <w:r>
        <w:t>Thank you for considering my application. I have attached my resume and would welcome the chance to discuss how I can contribute to your crew.</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