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Harness Racing Driver</w:t>
      </w:r>
    </w:p>
    <w:p>
      <w:pPr>
        <w:spacing w:before="0" w:after="240"/>
      </w:pPr>
      <w:r>
        <w:t>I am writing to apply for the Harness Racing Driver role at [Company Name]. With a current harness racing driver's licence and several seasons of race day experience, I am confident I can drive your horses safely and competitively.</w:t>
      </w:r>
    </w:p>
    <w:p>
      <w:pPr>
        <w:spacing w:before="0" w:after="240"/>
      </w:pPr>
      <w:r>
        <w:t>In my most recent season, I drove in over 80 races and focused on studying form and planning tactics for each meeting. By analysing barrier draws and early speed, I improved my average finishing position and helped several horses find their best rhythm. I also maintained all sulkies and harnesses to steward standards, ensuring no gear-related penalties.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be part of a team that values horse welfare and racing integrity as much as I do.</w:t>
      </w:r>
    </w:p>
    <w:p>
      <w:pPr>
        <w:spacing w:before="0" w:after="240"/>
      </w:pPr>
      <w:r>
        <w:t>Thank you for considering my application. My resume is attached, and I would welcome the chance to discuss how my driving experience and commitment to safety can benefit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