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Herbalist</w:t>
      </w:r>
    </w:p>
    <w:p>
      <w:pPr>
        <w:spacing w:before="0" w:after="240"/>
      </w:pPr>
      <w:r>
        <w:t>I am writing to apply for the Herbalist position at [Company Name]. With a strong background in clinical herbal medicine and a commitment to safe, client-centred care, I am confident I can contribute to your team.</w:t>
      </w:r>
    </w:p>
    <w:p>
      <w:pPr>
        <w:spacing w:before="0" w:after="240"/>
      </w:pPr>
      <w:r>
        <w:t>In my previous practice, I worked with a client managing chronic digestive issues who had not found lasting relief through conventional treatments alone. After taking a detailed health history and consulting with their GP, I formulated a gentle herbal blend and adjusted it over several follow-up consultations. The client reported improved symptom management and was able to reduce reliance on over-the-counter antacids.</w:t>
      </w:r>
    </w:p>
    <w:p>
      <w:pPr>
        <w:spacing w:before="0" w:after="240"/>
      </w:pPr>
      <w:r>
        <w:t>I am drawn to [Company Name] because [add one genuine, specific reason: a project, value, or market position you can point to]. I share your focus on evidence-informed practice and would welcome the chance to bring my formulation and dispensing skills to your clinic.</w:t>
      </w:r>
    </w:p>
    <w:p>
      <w:pPr>
        <w:spacing w:before="0" w:after="240"/>
      </w:pPr>
      <w:r>
        <w:t>Thank you for considering my application. I have attached my resume and would be glad to discuss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