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0"/>
      </w:pPr>
      <w:r>
        <w:rPr>
          <w:b/>
          <w:color w:val="14161D"/>
          <w:sz w:val="40"/>
        </w:rPr>
        <w:t>Your Name</w:t>
      </w:r>
    </w:p>
    <w:p>
      <w:pPr>
        <w:spacing w:before="0" w:after="320"/>
      </w:pPr>
      <w:r>
        <w:rPr>
          <w:color w:val="4B5058"/>
          <w:sz w:val="19"/>
        </w:rPr>
        <w:t>your.email@example.com   •   0400 000 000</w:t>
      </w:r>
    </w:p>
    <w:p>
      <w:pPr>
        <w:spacing w:before="0" w:after="200"/>
      </w:pPr>
      <w:r>
        <w:t>[Date]</w:t>
      </w:r>
    </w:p>
    <w:p>
      <w:pPr>
        <w:spacing w:before="0" w:after="200"/>
      </w:pPr>
      <w:r>
        <w:t>[Hiring Manager Name]</w:t>
        <w:br/>
        <w:t>[Company Name]</w:t>
        <w:br/>
        <w:t>[Company Address]</w:t>
      </w:r>
    </w:p>
    <w:p>
      <w:pPr>
        <w:spacing w:before="120" w:after="280"/>
        <w:pBdr>
          <w:bottom w:val="single" w:sz="6" w:space="4" w:color="DFDED8"/>
        </w:pBdr>
      </w:pPr>
      <w:r>
        <w:rPr>
          <w:b/>
          <w:color w:val="2F62D9"/>
          <w:sz w:val="24"/>
        </w:rPr>
        <w:t>Re: Application for Horse Breeder</w:t>
      </w:r>
    </w:p>
    <w:p>
      <w:pPr>
        <w:spacing w:before="0" w:after="240"/>
      </w:pPr>
      <w:r>
        <w:t>I'm applying for the Horse Breeder role at [Company Name]. With several seasons on stud farms behind me, I have the practical husbandry and record-keeping skills to manage broodmares and young stock from mating through to sale.</w:t>
      </w:r>
    </w:p>
    <w:p>
      <w:pPr>
        <w:spacing w:before="0" w:after="240"/>
      </w:pPr>
      <w:r>
        <w:t>In my last role, I ran the foaling watch roster across a 40-mare property, which meant monitoring mares through the night and calling the vet early when a presentation looked wrong. Over one season we got through foaling with no foal losses to dystocia, and I kept service records and registrations up to date in the Stud Book so the paperwork never held up a sale.</w:t>
      </w:r>
    </w:p>
    <w:p>
      <w:pPr>
        <w:spacing w:before="0" w:after="240"/>
      </w:pPr>
      <w:r>
        <w:t>Why this employer: [add one genuine, specific reason: a project, value, or market position you can point to]. I want to work somewhere that treats breeding as a long game, and I'm ready to contribute to that over multiple seasons.</w:t>
      </w:r>
    </w:p>
    <w:p>
      <w:pPr>
        <w:spacing w:before="0" w:after="240"/>
      </w:pPr>
      <w:r>
        <w:t>Thank you for considering my application. My resume is attached, and I'd welcome the chance to talk about how I can support your breeding program.</w:t>
      </w:r>
    </w:p>
    <w:p>
      <w:pPr>
        <w:spacing w:before="160" w:after="0"/>
      </w:pPr>
      <w:r>
        <w:t>Kind regards,</w:t>
        <w:br/>
        <w:t>Your Name</w:t>
      </w:r>
    </w:p>
    <w:sectPr w:rsidR="00FC693F" w:rsidRPr="0006063C" w:rsidSect="00034616">
      <w:pgSz w:w="12240" w:h="15840"/>
      <w:pgMar w:top="1152" w:right="1296" w:bottom="1152" w:left="129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200" w:line="300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