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Horse Riding Instructor</w:t>
      </w:r>
    </w:p>
    <w:p>
      <w:pPr>
        <w:spacing w:before="0" w:after="240"/>
      </w:pPr>
      <w:r>
        <w:t>I am writing to apply for the Horse Riding Instructor role at [Company Name]. With experience coaching riders from first lessons through to competition preparation, and a strong focus on safety, confidence and horse welfare, I am ready to contribute to your lesson program.</w:t>
      </w:r>
    </w:p>
    <w:p>
      <w:pPr>
        <w:spacing w:before="0" w:after="240"/>
      </w:pPr>
      <w:r>
        <w:t>In my current role, I redesigned the beginner intake process so every new rider is assessed on the ground and in the arena before joining a group. I match riders to suitable horses and set clear progressions. One quiet pony who was ideal for nervous beginners helped a group of first-time riders move from lead-rein work to independent walk and trot over a term, while parents received regular updates on their progress.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treats horse welfare and rider safety as everyday practice, not a marketing line, and I would bring the same standard to your arena and trail lessons.</w:t>
      </w:r>
    </w:p>
    <w:p>
      <w:pPr>
        <w:spacing w:before="0" w:after="240"/>
      </w:pPr>
      <w:r>
        <w:t>Thank you for considering my application. I have attached my resume and would welcome the opportunity to discuss how my coaching and horse-handling experience can support your riders and horses.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