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Horse Trainer</w:t>
      </w:r>
    </w:p>
    <w:p>
      <w:pPr>
        <w:spacing w:before="0" w:after="240"/>
      </w:pPr>
      <w:r>
        <w:t>I am applying for the Horse Trainer role with [Company Name]. My background combines day to day stable management with the planning and judgement needed to bring racehorses to their best, and I am ready to take on a stable where each horse's preparation and welfare are the priority.</w:t>
      </w:r>
    </w:p>
    <w:p>
      <w:pPr>
        <w:spacing w:before="0" w:after="240"/>
      </w:pPr>
      <w:r>
        <w:t>In my current role I plan and run preparations for a stable of around 15 horses, from spelling and pre training through to race day. One recent example was a four year old gelding who had been inconsistent and was showing signs of soreness after fast work. I reduced his gallop days, added swimming and walking, worked closely with our vet and farrier, and brought him back through two barrier trials. He raced six times that preparation and was placed in four of them, and his owner could see exactly how the plan was tracking because I sent a short update after each piece of work.</w:t>
      </w:r>
    </w:p>
    <w:p>
      <w:pPr>
        <w:spacing w:before="0" w:after="240"/>
      </w:pPr>
      <w:r>
        <w:t>I am interested in [Company Name] because of [add one genuine, specific reason: a project, value, or market position you can point to]. I want to work in a stable that takes welfare and owner communication as seriously as race results, and I would bring the same standard to your team.</w:t>
      </w:r>
    </w:p>
    <w:p>
      <w:pPr>
        <w:spacing w:before="0" w:after="240"/>
      </w:pPr>
      <w:r>
        <w:t>Thank you for considering my application. My resume is attached, and I would welcome the chance to discuss how I can support your stable and its owners.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