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Hot Air Balloon Pilot</w:t>
      </w:r>
    </w:p>
    <w:p>
      <w:pPr>
        <w:spacing w:before="0" w:after="240"/>
      </w:pPr>
      <w:r>
        <w:t>I am writing to apply for the role of Hot Air Balloon Pilot with [Company Name]. With a CASA Commercial Balloon Pilot Licence and extensive experience in scenic passenger flights, I am confident I can deliver safe, memorable journeys that reflect your high standards.</w:t>
      </w:r>
    </w:p>
    <w:p>
      <w:pPr>
        <w:spacing w:before="0" w:after="240"/>
      </w:pPr>
      <w:r>
        <w:t>In my most recent role, I conducted pre-flight inspections and weather assessments for over 300 commercial flights. On one occasion, a sudden wind shift required an early landing; my quick decision to divert to a pre-identified alternate site ensured passenger safety and avoided any damage to the balloon. This approach to risk management and passenger care contributed to repeat bookings and positive reviews.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share your commitment to sustainable tourism and exceptional customer experiences, and I would welcome the opportunity to contribute to your team.</w:t>
      </w:r>
    </w:p>
    <w:p>
      <w:pPr>
        <w:spacing w:before="0" w:after="240"/>
      </w:pPr>
      <w:r>
        <w:t>Thank you for considering my application. I have attached my resume and look forward to the opportunity to discuss how my skills and experience align with your needs. I am available for an interview at your convenience.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