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Hotel Receptionist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hotel receptionist with a strong focus on front-of-house service and efficient front desk operations. I handle check-ins and check-outs, manage reservations, and resolve guest requests with attention to detail. I am comfortable using property management systems such as Opera Cloud and Protel AIR to keep bookings and payments accurate.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Front-of-house service   •   Operations management   •   Opera Cloud PMS   •   Protel AIR   •   Booking.com extranet   •   Microsoft Office (Word, Outlook)   •   Microsoft Excel   •   Customer service   •   Written communication   •   Attention to detail   •   Problem solving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Hotel Receptionist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up to 60 guest check-ins per shift while maintaining a balanced front desk float and accurate payment records.</w:t>
      </w:r>
    </w:p>
    <w:p>
      <w:pPr>
        <w:pStyle w:val="ListBullet"/>
        <w:spacing w:after="80" w:line="276" w:lineRule="auto"/>
      </w:pPr>
      <w:r>
        <w:t>Managed room reservations and updated the property management system, reducing double bookings by checking arrivals against departures each morning.</w:t>
      </w:r>
    </w:p>
    <w:p>
      <w:pPr>
        <w:pStyle w:val="ListBullet"/>
        <w:spacing w:after="80" w:line="276" w:lineRule="auto"/>
      </w:pPr>
      <w:r>
        <w:t>Resolved guest complaints on the spot, such as room temperature issues, by coordinating with maintenance and following up within 15 minutes.</w:t>
      </w:r>
    </w:p>
    <w:p>
      <w:pPr>
        <w:pStyle w:val="ListBullet"/>
        <w:spacing w:after="80" w:line="276" w:lineRule="auto"/>
      </w:pPr>
      <w:r>
        <w:t>Coordinated with housekeeping to prioritise early check-ins for guests with urgent needs, turning rooms around in 30 minutes instead of the usual hour.</w:t>
      </w:r>
    </w:p>
    <w:p>
      <w:pPr>
        <w:pStyle w:val="ListBullet"/>
        <w:spacing w:after="240" w:line="276" w:lineRule="auto"/>
      </w:pPr>
      <w:r>
        <w:t>Issued invoices and reconciled daily transactions for a 120-room hotel, ensuring errors were caught before end of shift.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Hospitality is a common entry point, while a Diploma of Hospitality Management or a bachelor degree in tourism or business can support progression. Some receptionists enter with Year 12 and learn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