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Hydrologist</w:t>
      </w:r>
    </w:p>
    <w:p>
      <w:pPr>
        <w:spacing w:before="0" w:after="240"/>
      </w:pPr>
      <w:r>
        <w:t>I am applying for the Hydrologist role at [Company Name]. With a background in catchment hydrology, water resource modelling and field monitoring, I am confident I can contribute to your water management and flood risk projects.</w:t>
      </w:r>
    </w:p>
    <w:p>
      <w:pPr>
        <w:spacing w:before="0" w:after="240"/>
      </w:pPr>
      <w:r>
        <w:t>In a recent project, I calibrated HEC-HMS models for a catchment with limited streamflow data, then used the results to revise floodplain mapping that was accepted by the local water authority. I also designed a streamflow monitoring program across several sites, which improved the data available for seasonal water allocation reviews. This work required close collaboration with field teams, data analysts and decision makers to ensure the advice was practical and defensible.</w:t>
      </w:r>
    </w:p>
    <w:p>
      <w:pPr>
        <w:spacing w:before="0" w:after="240"/>
      </w:pPr>
      <w:r>
        <w:t>I am particularly interested in [Company Name] because [add one genuine, specific reason: a project, value, or market position you can point to]. I am keen to bring my technical skills and collaborative approach to your team.</w:t>
      </w:r>
    </w:p>
    <w:p>
      <w:pPr>
        <w:spacing w:before="0" w:after="240"/>
      </w:pPr>
      <w:r>
        <w:t>Thank you for considering my application. I have attached my resume for your review and look forward to the opportunity to discuss how I can contribute to your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