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Hypnotherapist</w:t>
      </w:r>
    </w:p>
    <w:p>
      <w:pPr>
        <w:spacing w:before="0" w:after="240"/>
      </w:pPr>
      <w:r>
        <w:t>I am writing to apply for the position of Hypnotherapist at [Company Name]. With a client-centred approach and a strong grounding in counselling skills, I am confident I can help your clients achieve meaningful change.</w:t>
      </w:r>
    </w:p>
    <w:p>
      <w:pPr>
        <w:spacing w:before="0" w:after="240"/>
      </w:pPr>
      <w:r>
        <w:t>In my current practice, I developed a tailored smoking cessation program that combined hypnotherapy with self-hypnosis training. Over a six-month period, I worked with a caseload of 20 clients, and the majority reported significant reductions in cravings and sustained abstinence at follow-up. This experience taught me the importance of personalised scripts and ongoing support.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your team and support your mission.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