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Import Export Clerk</w:t>
      </w:r>
    </w:p>
    <w:p>
      <w:pPr>
        <w:spacing w:before="0" w:after="240"/>
      </w:pPr>
      <w:r>
        <w:t>I am writing to apply for the Import Export Clerk role at [Company Name]. With hands-on experience preparing customs declarations and coordinating freight bookings, I keep international cargo moving through Australian border requirements without unnecessary delays.</w:t>
      </w:r>
    </w:p>
    <w:p>
      <w:pPr>
        <w:spacing w:before="0" w:after="240"/>
      </w:pPr>
      <w:r>
        <w:t>In my current role, I manage import documentation for a mix of sea and air freight. I recently reviewed a client's tariff classifications and found that several components could be entered under a tariff concession order, which lowered the duty payable. I also worked with a freight forwarder to consolidate two part shipments into one booking, which cut freight costs noticeably. My clients receive proactive updates on clearance progress, so they can plan their warehouse and delivery schedules with confidence.</w:t>
      </w:r>
    </w:p>
    <w:p>
      <w:pPr>
        <w:spacing w:before="0" w:after="240"/>
      </w:pPr>
      <w:r>
        <w:t>I am keen to work for [Company Name] because [add one genuine, specific reason: a project, value, or market position you can point to]. I am ready to contribute to a team that values accuracy and timely clearance.</w:t>
      </w:r>
    </w:p>
    <w:p>
      <w:pPr>
        <w:spacing w:before="0" w:after="240"/>
      </w:pPr>
      <w:r>
        <w:t>Thank you for considering my application. My resume is attached, and I look forward to discussing how I can support your import and export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