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Industrial Designer</w:t>
      </w:r>
    </w:p>
    <w:p>
      <w:pPr>
        <w:spacing w:before="0" w:after="240"/>
      </w:pPr>
      <w:r>
        <w:t>I'm writing to apply for the Industrial Designer position at [Company Name]. My background spans concept sketching through to manufacturable CAD models, which matches the full product development process this role calls for.</w:t>
      </w:r>
    </w:p>
    <w:p>
      <w:pPr>
        <w:spacing w:before="0" w:after="240"/>
      </w:pPr>
      <w:r>
        <w:t>In recent project work I ran user research and usability testing on a product concept, then rebuilt the CAD model in Fusion 360 to address the friction points users raised. Working alongside manufacturing engineers, I adjusted wall thickness and fastening details to bring the design within the client's cost target without losing the usability gains.</w:t>
      </w:r>
    </w:p>
    <w:p>
      <w:pPr>
        <w:spacing w:before="0" w:after="240"/>
      </w:pPr>
      <w:r>
        <w:t>[add one genuine, specific reason: a project, value, or market position you can point to] is what draws me to [Company Name], and I'd welcome the chance to bring my design and prototyping skills to a team working at that level.</w:t>
      </w:r>
    </w:p>
    <w:p>
      <w:pPr>
        <w:spacing w:before="0" w:after="240"/>
      </w:pPr>
      <w:r>
        <w:t>Thank you for considering my application. I've attached my resume, which sets out my design process experience and technical skills in more detail, and I'd welcome the opportunity to discuss how I could contribute to your product development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