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Inside Sales Representative</w:t>
      </w:r>
    </w:p>
    <w:p>
      <w:pPr>
        <w:spacing w:before="0" w:after="240"/>
      </w:pPr>
      <w:r>
        <w:t>I am writing to apply for the Inside Sales Representative role at [Company Name]. With a background in desk-based B2B selling and a track record of managing the full sales cycle from first call to signed agreement, I am confident I can contribute to your team's pipeline straight away.</w:t>
      </w:r>
    </w:p>
    <w:p>
      <w:pPr>
        <w:spacing w:before="0" w:after="240"/>
      </w:pPr>
      <w:r>
        <w:t>In my most recent role, I was responsible for a territory of around 80 small business accounts, working a daily cadence of calls and emails to qualify leads and follow up on quotes. One example: a wholesale customer had stalled on a software renewal because of pricing concerns, so I mapped their usage against the plan options, proposed a revised tier and payment schedule, and brought the contract to signature within the same week. That approach helped me maintain a steady flow of repeat business and kept my CRM records clean enough to forecast accurately.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phone and email based selling style to a team that values consistent follow-through and clear communication with customers.</w:t>
      </w:r>
    </w:p>
    <w:p>
      <w:pPr>
        <w:spacing w:before="0" w:after="240"/>
      </w:pPr>
      <w:r>
        <w:t>Thank you for considering my application. My resume is attached, and I would welcome the chance to discuss how I can support your sales targets.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