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Insurance Agent</w:t>
      </w:r>
    </w:p>
    <w:p>
      <w:pPr>
        <w:spacing w:before="0" w:after="240"/>
      </w:pPr>
      <w:r>
        <w:t>I am writing to apply for the Insurance Agent role at [Company Name]. With a background in assessing client risk and matching them to suitable cover, I am confident I can contribute to your team.</w:t>
      </w:r>
    </w:p>
    <w:p>
      <w:pPr>
        <w:spacing w:before="0" w:after="240"/>
      </w:pPr>
      <w:r>
        <w:t>In my current role, I have built a reputation for explaining policy exclusions and premiums in plain language. For example, I worked with a small business owner who was unsure about their public liability cover. After a detailed needs analysis, I helped them adjust their policy to close a gap in their protection while keeping premiums manageable. That client has since renewed and referred two other business owners to me.</w:t>
      </w:r>
    </w:p>
    <w:p>
      <w:pPr>
        <w:spacing w:before="0" w:after="240"/>
      </w:pPr>
      <w:r>
        <w:t>I want to work for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I have attached my resume and would welcome the chance to discuss how my experience in insurance sales and client advisory can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