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Insurance Broker</w:t>
      </w:r>
    </w:p>
    <w:p>
      <w:pPr>
        <w:spacing w:before="0" w:after="240"/>
      </w:pPr>
      <w:r>
        <w:t>I'm writing to apply for the Insurance Broker position at [Company Name]. My background in client risk assessment, policy comparison and insurer negotiation lines up well with what this role needs, and I'm keen to bring that to your team.</w:t>
      </w:r>
    </w:p>
    <w:p>
      <w:pPr>
        <w:spacing w:before="0" w:after="240"/>
      </w:pPr>
      <w:r>
        <w:t>In my current role I manage a portfolio of client policies across personal and commercial lines, assessing risk profiles in detail and comparing cover from multiple insurers before making a recommendation. On renewal negotiations I've secured better terms for clients by presenting a clear case to underwriters backed by accurate risk data, rather than accepting the first quote that comes back. I've also guided clients through claims that initially looked complicated, keeping documentation tight so settlements weren't held up by avoidable delays.</w:t>
      </w:r>
    </w:p>
    <w:p>
      <w:pPr>
        <w:spacing w:before="0" w:after="240"/>
      </w:pPr>
      <w:r>
        <w:t>What draws me to [Company Name] specifically is [add one genuine, specific reason: a project, value, or market position you can point to]. I want to work somewhere that treats client outcomes as the measure of a good broker, not just policy volume.</w:t>
      </w:r>
    </w:p>
    <w:p>
      <w:pPr>
        <w:spacing w:before="0" w:after="240"/>
      </w:pPr>
      <w:r>
        <w:t>Thank you for considering my application. I've attached my resume and would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