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Insurance Risk Surveyor</w:t>
      </w:r>
    </w:p>
    <w:p>
      <w:pPr>
        <w:spacing w:before="0" w:after="240"/>
      </w:pPr>
      <w:r>
        <w:t>I am writing to apply for the Insurance Risk Surveyor role at [Company Name]. With a background in field inspection and risk assessment across commercial and industrial properties, I am confident I can support your underwriting team with accurate, practical survey reports.</w:t>
      </w:r>
    </w:p>
    <w:p>
      <w:pPr>
        <w:spacing w:before="0" w:after="240"/>
      </w:pPr>
      <w:r>
        <w:t>In my current role, I conducted fire and security surveys at a range of manufacturing and retail sites. After identifying a recurring sprinkler maintenance gap across a client's portfolio, I worked with them to implement a scheduled testing program. This reduced the chance of undetected system failures and helped the underwriter maintain favourable coverage terms without unexpected claims.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am keen to bring my field inspection and risk advisory skills to your team and support your underwriting clients.</w:t>
      </w:r>
    </w:p>
    <w:p>
      <w:pPr>
        <w:spacing w:before="0" w:after="240"/>
      </w:pPr>
      <w:r>
        <w:t>Thank you for considering my application. My resume is attached, and I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