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Interior Decorator</w:t>
      </w:r>
    </w:p>
    <w:p>
      <w:pPr>
        <w:spacing w:before="0" w:after="240"/>
      </w:pPr>
      <w:r>
        <w:t>I am writing to apply for the Interior Decorator role at [Company Name]. With a practical eye for colour, layout and livable detail, I enjoy turning a client brief into a space that works as well as it looks.</w:t>
      </w:r>
    </w:p>
    <w:p>
      <w:pPr>
        <w:spacing w:before="0" w:after="240"/>
      </w:pPr>
      <w:r>
        <w:t>In my recent freelance work, I styled a family home in [suburb or region]. The clients wanted a calm living area that could handle two young children and a dog. I prepared mood boards and floor plans, selected durable fabrics and washable paints, and coordinated a local upholsterer and curtain maker. The project came in on budget and the family moved back into the main rooms within the week we planned, without the usual last-minute delays.</w:t>
      </w:r>
    </w:p>
    <w:p>
      <w:pPr>
        <w:spacing w:before="0" w:after="240"/>
      </w:pPr>
      <w:r>
        <w:t>I am particularly interested in [Company Name] because [add one genuine, specific reason: a project, value, or market position you can point to]. I would welcome the chance to bring my sourcing and styling skills to your team.</w:t>
      </w:r>
    </w:p>
    <w:p>
      <w:pPr>
        <w:spacing w:before="0" w:after="240"/>
      </w:pPr>
      <w:r>
        <w:t>Thank you for considering my application. My resume is attached, and I would be glad to discuss how I can contribute to your upcoming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