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Interior Designer</w:t>
      </w:r>
    </w:p>
    <w:p>
      <w:pPr>
        <w:spacing w:before="0" w:after="240"/>
      </w:pPr>
      <w:r>
        <w:t>I'm writing to apply for the Interior Designer role at [Company Name]. My background covers residential and commercial projects end to end, from first concept through to the final walkthrough on-site, which matches the scope of work you've described.</w:t>
      </w:r>
    </w:p>
    <w:p>
      <w:pPr>
        <w:spacing w:before="0" w:after="240"/>
      </w:pPr>
      <w:r>
        <w:t>In a recent project I took a client brief with a tight budget and an awkward floor plan and turned it into a workable layout using SketchUp visualisations to test options before committing to materials. That upfront work meant fewer changes once the fit-out started, and the client signed off on the first full concept presented rather than a third or fourth revision.</w:t>
      </w:r>
    </w:p>
    <w:p>
      <w:pPr>
        <w:spacing w:before="0" w:after="240"/>
      </w:pPr>
      <w:r>
        <w:t>[Company Name] stood out to me because [add one genuine, specific reason: a project, value, or market position you can point to]. That's the kind of work I want to keep building toward, and I think my approach to client briefs and budgets would fit well with how your team operates.</w:t>
      </w:r>
    </w:p>
    <w:p>
      <w:pPr>
        <w:spacing w:before="0" w:after="240"/>
      </w:pPr>
      <w:r>
        <w:t>Thank you for considering my application. I've attached my resume with more detail on my project experience and software skills, and I'd welcome the chance to discuss the role further.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