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Investment Analyst</w:t>
      </w:r>
    </w:p>
    <w:p>
      <w:pPr>
        <w:spacing w:before="0" w:after="240"/>
      </w:pPr>
      <w:r>
        <w:t>I am writing to express my interest in the Investment Analyst role at [Company Name]. With a strong foundation in financial modelling and equity research, I am confident in my ability to contribute to your investment team.</w:t>
      </w:r>
    </w:p>
    <w:p>
      <w:pPr>
        <w:spacing w:before="0" w:after="240"/>
      </w:pPr>
      <w:r>
        <w:t>In my previous role, I built a discounted cash flow model for a mid-cap ASX-listed company that identified a significant undervaluation. My analysis led to a buy recommendation that was adopted by the investment committee and subsequently delivered strong returns.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analytical skills and passion for markets to your team.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