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IT Auditor</w:t>
      </w:r>
    </w:p>
    <w:p>
      <w:pPr>
        <w:spacing w:before="0" w:after="240"/>
      </w:pPr>
      <w:r>
        <w:t>I am writing to apply for the IT Auditor role at [Company Name]. My background in IT assurance, risk and internal controls aligns with the responsibilities of reviewing systems, testing controls and reporting on compliance.</w:t>
      </w:r>
    </w:p>
    <w:p>
      <w:pPr>
        <w:spacing w:before="0" w:after="240"/>
      </w:pPr>
      <w:r>
        <w:t>In a previous role, I led an access review over a core payroll system used by several thousand staff. I tested user accounts against role-based access rules, identified dormant and excessive privileges, and documented the exceptions in CaseWare IDEA. Management accepted the finding and removed the dormant accounts, and the approval workflow for new access requests was tightened. I also worked with the financial audit team to assess how those access weaknesses affected payroll reporting controls.</w:t>
      </w:r>
    </w:p>
    <w:p>
      <w:pPr>
        <w:spacing w:before="0" w:after="240"/>
      </w:pPr>
      <w:r>
        <w:t>I am applying to [Company Name] because [add one genuine, specific reason: a project, value, or market position you can point to]. I want to bring my control testing and data analytics experience to a team that takes technology risk seriously and supports continuous improvement.</w:t>
      </w:r>
    </w:p>
    <w:p>
      <w:pPr>
        <w:spacing w:before="0" w:after="240"/>
      </w:pPr>
      <w:r>
        <w:t>Thank you for considering my application. I have attached my resume and would welcome the chance to discuss how my audit and data analytics experience can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