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IT Operations Manager</w:t>
      </w:r>
    </w:p>
    <w:p>
      <w:pPr>
        <w:spacing w:before="0" w:after="240"/>
      </w:pPr>
      <w:r>
        <w:t>I am applying for the IT Operations Manager role at [Company Name]. My background combines hands-on infrastructure and cloud operations with the team leadership, vendor management and cyber security discipline the role needs.</w:t>
      </w:r>
    </w:p>
    <w:p>
      <w:pPr>
        <w:spacing w:before="0" w:after="240"/>
      </w:pPr>
      <w:r>
        <w:t>In my current position I lead an operations team responsible for servers, networks and cloud services across multiple sites. When a core network link failed during a peak trading period, I took control of the incident, assigned an incident manager, kept business stakeholders informed through a single channel, and coordinated restoration with our vendor. After service resumed I ran a problem review that led to new Splunk monitoring and a revised change process. That failure has not recurred, and comparable incidents are now resolved in minutes rather than hours.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operations leadership, cyber security uplift experience and cost control habits to a team that treats reliability as a service to the business, not just an IT metric.</w:t>
      </w:r>
    </w:p>
    <w:p>
      <w:pPr>
        <w:spacing w:before="0" w:after="240"/>
      </w:pPr>
      <w:r>
        <w:t>Thank you for considering my application. My resume is attached, and I would welcome the opportunity to discuss how I can support [Company Name] and its technology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