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IT Project Manager</w:t>
      </w:r>
    </w:p>
    <w:p>
      <w:pPr>
        <w:spacing w:before="0" w:after="240"/>
      </w:pPr>
      <w:r>
        <w:t>I'm writing to apply for the IT Project Manager position at [Company Name]. I've spent my career keeping technology delivery on track, balancing scope, budget and stakeholder expectations across Agile and hybrid environments, and this role looks like a strong match for that experience.</w:t>
      </w:r>
    </w:p>
    <w:p>
      <w:pPr>
        <w:spacing w:before="0" w:after="240"/>
      </w:pPr>
      <w:r>
        <w:t>In a recent project I inherited midway through, the build had drifted from its original scope and the budget was under pressure. I rebuilt the schedule in Microsoft Project, renegotiated a smaller set of priority deliverables with the sponsor group, and ran weekly steering updates so technical teams and business stakeholders were working from the same plan. The project closed within the revised budget, and the lessons-learned review I ran afterwards became a reference point for how the team scoped later work.</w:t>
      </w:r>
    </w:p>
    <w:p>
      <w:pPr>
        <w:spacing w:before="0" w:after="240"/>
      </w:pPr>
      <w:r>
        <w:t>What draws me to [Company Name] specifically is [add one genuine, specific reason: a project, value, or market position you can point to].</w:t>
      </w:r>
    </w:p>
    <w:p>
      <w:pPr>
        <w:spacing w:before="0" w:after="240"/>
      </w:pPr>
      <w:r>
        <w:t>Thank you for considering my application. I've attached my resume with more detail on my project delivery experience, and I'd welcome the chance to discuss how I could contribute to [Company Name]'s technology delivery.</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