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IT Service Delivery Manager</w:t>
      </w:r>
    </w:p>
    <w:p>
      <w:pPr>
        <w:spacing w:before="0" w:after="240"/>
      </w:pPr>
      <w:r>
        <w:t>I am writing to apply for the IT Service Delivery Manager role at [Company Name]. With my experience leading technical teams and managing SLAs, I am confident I can help keep your technology services reliable and aligned with business needs.</w:t>
      </w:r>
    </w:p>
    <w:p>
      <w:pPr>
        <w:spacing w:before="0" w:after="240"/>
      </w:pPr>
      <w:r>
        <w:t>In my current role, I led a team of 15 service desk analysts and coordinated incident and problem resolution across a multi-vendor environment. By introducing a structured problem management framework, I reduced repeat incidents noticeably and cut average resolution time from two days to under eight hours. I also worked closely with clients and vendors to renegotiate support contracts, improving response times and avoiding unnecessary costs.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values continuous improvement and strong service delivery.</w:t>
      </w:r>
    </w:p>
    <w:p>
      <w:pPr>
        <w:spacing w:before="0" w:after="240"/>
      </w:pPr>
      <w:r>
        <w:t>Thank you for considering my application. I have attached my resume and look forward to discussing how my skills in service delivery, stakeholder management and process improvement can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