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IT Support Officer</w:t>
      </w:r>
    </w:p>
    <w:p>
      <w:pPr>
        <w:spacing w:before="0" w:after="240"/>
      </w:pPr>
      <w:r>
        <w:t>I'm writing to apply for the IT Support Officer role at [Company Name]. I've spent my career fixing the everyday problems that stop people getting on with their jobs, from a frozen laptop to a full network outage, and I'd bring that same practical focus to your service desk.</w:t>
      </w:r>
    </w:p>
    <w:p>
      <w:pPr>
        <w:spacing w:before="0" w:after="240"/>
      </w:pPr>
      <w:r>
        <w:t>In my current role I handle a steady queue of tickets covering hardware faults, software conflicts and access issues, and I've built a habit of documenting each resolution properly so the next person on shift, or the next user with the same problem, isn't starting from scratch. That knowledge base work has noticeably cut the time it takes to close out recurring issues, which matters when the queue is long and users are waiting.</w:t>
      </w:r>
    </w:p>
    <w:p>
      <w:pPr>
        <w:spacing w:before="0" w:after="240"/>
      </w:pPr>
      <w:r>
        <w:t>[add one genuine, specific reason: a project, value, or market position you can point to] is what drew me to [Company Name] specifically, and I'd welcome the chance to bring my troubleshooting and customer service skills to a team working on that.</w:t>
      </w:r>
    </w:p>
    <w:p>
      <w:pPr>
        <w:spacing w:before="0" w:after="240"/>
      </w:pPr>
      <w:r>
        <w:t>Thank you for considering my application. I've attached my resume with further detail on my technical background and would welcome the opportunity to discuss how I can support your IT operations.</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