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IT Trainer</w:t>
      </w:r>
    </w:p>
    <w:p>
      <w:pPr>
        <w:spacing w:before="0" w:after="240"/>
      </w:pPr>
      <w:r>
        <w:t>I am writing to apply for the IT Trainer role at [Company Name]. With a background in assessing training needs and delivering practical software training across corporate and government settings, I am confident I can help your staff get more from their systems.</w:t>
      </w:r>
    </w:p>
    <w:p>
      <w:pPr>
        <w:spacing w:before="0" w:after="240"/>
      </w:pPr>
      <w:r>
        <w:t>In my current role, I led the training component of a new customer relationship management system rollout. I assessed needs across four teams, designed user guides and short e-learning modules in Articulate Storyline, and delivered a mix of face-to-face workshops and online sessions via Microsoft Teams. By following up with one-on-one coaching for two weeks after go-live, I helped reduce common support requests and saw a noticeable improvement in staff confidence when using the system.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an organisation that values practical learning and continuous improvement, and I believe my approach to training would align well with your team.</w:t>
      </w:r>
    </w:p>
    <w:p>
      <w:pPr>
        <w:spacing w:before="0" w:after="240"/>
      </w:pPr>
      <w:r>
        <w:t>Thank you for considering my application. I have attached my resume and would welcome the chance to discuss how I can support your training needs. I look forward to speaking with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