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Joiner</w:t>
      </w:r>
    </w:p>
    <w:p>
      <w:pPr>
        <w:spacing w:before="0" w:after="240"/>
      </w:pPr>
      <w:r>
        <w:t>I am writing to apply for the joiner position at [Company Name]. I hold a Certificate III in Joinery and have worked across both workshop production and on-site installation, so I can move between the bench and the fix-out without losing accuracy.</w:t>
      </w:r>
    </w:p>
    <w:p>
      <w:pPr>
        <w:spacing w:before="0" w:after="240"/>
      </w:pPr>
      <w:r>
        <w:t>In my most recent role I ran the joinery package for a townhouse development, setting out, machining and assembling door frames, window reveals and kitchen carcasses from architectural drawings before installing them on site. I built a cutting schedule in Cabinet Vision before each production batch, which kept the panel saw to a single setup per run and cut the amount of offcut material going to waste. The dwellings I fitted were signed off at handover with no defect call-backs on the units I completed.</w:t>
      </w:r>
    </w:p>
    <w:p>
      <w:pPr>
        <w:spacing w:before="0" w:after="240"/>
      </w:pPr>
      <w:r>
        <w:t>The reason I want to work with [Company Name] is [add one genuine, specific reason: a project, value, or market position you can point to]. I would like to bring my set-out accuracy and finishing standards to that kind of work.</w:t>
      </w:r>
    </w:p>
    <w:p>
      <w:pPr>
        <w:spacing w:before="0" w:after="240"/>
      </w:pPr>
      <w:r>
        <w:t>Thank you for taking the time to consider my application. My resume is attached and I would welcome the chance to talk through my experience, or to complete a practical trade test at your workshop.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