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Judge</w:t>
      </w:r>
    </w:p>
    <w:p>
      <w:pPr>
        <w:spacing w:before="0" w:after="240"/>
      </w:pPr>
      <w:r>
        <w:t>I am writing to express my interest in the position of Judge at [Company Name]. With extensive experience in [area of law] and a deep commitment to impartiality, I am confident in my ability to preside over court proceedings fairly and apply the law with rigour.</w:t>
      </w:r>
    </w:p>
    <w:p>
      <w:pPr>
        <w:spacing w:before="0" w:after="240"/>
      </w:pPr>
      <w:r>
        <w:t>In my previous role as a barrister, I managed a caseload of over 100 complex matters, consistently delivering reserved judgments within a reasonable timeframe and ensuring all parties received a fair hearing. I introduced a pre-trial case management checklist that reduced adjournments across a busy list, improving access to justice and court efficiency. I also mentored junior lawyers and contributed to continuing legal education.</w:t>
      </w:r>
    </w:p>
    <w:p>
      <w:pPr>
        <w:spacing w:before="0" w:after="240"/>
      </w:pPr>
      <w:r>
        <w:t>Why this employer: [add one genuine, specific reason: a project, value, or market position you can point to]. I am drawn to [Company Name] because of its commitment to [specific value] and its reputation for [specific aspect]. I share those values and am eager to contribute to your judicial team.</w:t>
      </w:r>
    </w:p>
    <w:p>
      <w:pPr>
        <w:spacing w:before="0" w:after="240"/>
      </w:pPr>
      <w:r>
        <w:t>Thank you for considering my application. I have attached my resume for your review and welcome the opportunity to discuss my suitability further.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