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Key Account Manager</w:t>
      </w:r>
    </w:p>
    <w:p>
      <w:pPr>
        <w:spacing w:before="0" w:after="240"/>
      </w:pPr>
      <w:r>
        <w:t>I am writing to apply for the Key Account Manager role with [Company Name]. With a background in managing major client relationships and a commercial focus on retention and account growth, I am confident I can support your team in protecting and expanding revenue from your most important customers.</w:t>
      </w:r>
    </w:p>
    <w:p>
      <w:pPr>
        <w:spacing w:before="0" w:after="240"/>
      </w:pPr>
      <w:r>
        <w:t>In my current role, I look after a portfolio of key clients in wholesale distribution. I rebuilt account plans for two major customers whose contracts were approaching renewal, ran joint business reviews with their state managers, and worked with our operations team to fix delivery timeframes that had slipped. Both accounts renewed, and one expanded into an additional product line because the client trusted that we could deliver. That experience taught me that key account management is not just about the relationship; it is about making sure the service behind the relationship actually works.</w:t>
      </w:r>
    </w:p>
    <w:p>
      <w:pPr>
        <w:spacing w:before="0" w:after="240"/>
      </w:pPr>
      <w:r>
        <w:t>I am drawn to [Company Name] because [add one genuine, specific reason: a project, value, or market position you can point to]. I want to bring my account planning and negotiation experience to an organisation where I can build long term relationships with clients and contribute to sustainable commercial outcomes.</w:t>
      </w:r>
    </w:p>
    <w:p>
      <w:pPr>
        <w:spacing w:before="0" w:after="240"/>
      </w:pPr>
      <w:r>
        <w:t>Thank you for considering my application. I have attached my resume and would welcome the opportunity to discuss how I can support your key accounts.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