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Laboratory Technician</w:t>
      </w:r>
    </w:p>
    <w:p>
      <w:pPr>
        <w:spacing w:before="0" w:after="240"/>
      </w:pPr>
      <w:r>
        <w:t>I am writing to apply for the Laboratory Technician position at [Company Name]. My background in sample preparation, analyser operation and quality-controlled result reporting matches the day-to-day demands of this role directly.</w:t>
      </w:r>
    </w:p>
    <w:p>
      <w:pPr>
        <w:spacing w:before="0" w:after="240"/>
      </w:pPr>
      <w:r>
        <w:t>In a previous testing environment I managed a full sample workflow during a high-volume period, preparing specimens, running them through automated analysers and cross-checking results in the Laboratory Information System before sign-off. Catching a calibration drift on one analyser before it affected a batch of results is the kind of attention to detail I bring to every shift.</w:t>
      </w:r>
    </w:p>
    <w:p>
      <w:pPr>
        <w:spacing w:before="0" w:after="240"/>
      </w:pPr>
      <w:r>
        <w:t>[add one genuine, specific reason: a project, value, or market position you can point to] is what drew me to [Company Name] specifically, and I would welcome the chance to bring my laboratory skills into that context.</w:t>
      </w:r>
    </w:p>
    <w:p>
      <w:pPr>
        <w:spacing w:before="0" w:after="240"/>
      </w:pPr>
      <w:r>
        <w:t>Thank you for considering my application. I have attached my resume and would welcome the opportunity to discuss how my experience fits your laboratory's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