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Leaflet Distributor</w:t>
      </w:r>
    </w:p>
    <w:p>
      <w:pPr>
        <w:spacing w:before="0" w:after="240"/>
      </w:pPr>
      <w:r>
        <w:t>I am writing to apply for the Leaflet Distributor position at [Company Name]. With a reliable approach to route planning and a strong record of on-time deliveries, I am confident I can help your team reach local homes and businesses effectively.</w:t>
      </w:r>
    </w:p>
    <w:p>
      <w:pPr>
        <w:spacing w:before="0" w:after="240"/>
      </w:pPr>
      <w:r>
        <w:t>In my previous distribution work, I sorted and batched leaflets by street before each shift, which cut the time I spent doubling back on my route. I used Route4Me and Google Maps to plan loops that covered more letterboxes per hour while keeping accurate records of completed streets. When I encountered locked gates or overflowing letterboxes, I reported them to my supervisor the same day so follow-up deliveries could be arranged.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bring my reliability and local knowledge to your distribution runs.</w:t>
      </w:r>
    </w:p>
    <w:p>
      <w:pPr>
        <w:spacing w:before="0" w:after="240"/>
      </w:pPr>
      <w:r>
        <w:t>Thank you for considering my application. My resume is attached, and I look forward to the opportunity to discuss how I can support your leaflet distribution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