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Learning and Development Manager</w:t>
      </w:r>
    </w:p>
    <w:p>
      <w:pPr>
        <w:spacing w:before="0" w:after="240"/>
      </w:pPr>
      <w:r>
        <w:t>I am writing to apply for the Learning and Development Manager role at [Company Name]. With a background in designing training that addresses real capability gaps and managing the budgets and stakeholders behind it, I am confident I can contribute to your team from the start.</w:t>
      </w:r>
    </w:p>
    <w:p>
      <w:pPr>
        <w:spacing w:before="0" w:after="240"/>
      </w:pPr>
      <w:r>
        <w:t>In my current role, I led a skills gap analysis across a 250-person operations team and redesigned the onboarding program. The new blended approach reduced time to competency from eight weeks to five and cut repeated requests for refresher training noticeably. I also managed the vendor relationship with our external e-learning provider, renegotiating the contract to free up budget for two additional leadership modules without increasing overall spend.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bring my experience in building continuous learning cultures to an organisation that values capability development.</w:t>
      </w:r>
    </w:p>
    <w:p>
      <w:pPr>
        <w:spacing w:before="0" w:after="240"/>
      </w:pPr>
      <w:r>
        <w:t>Thank you for considering my application. My resume is attached, and I would welcome the chance to discuss how my skills in needs analysis, program design and evaluation can support your learning strategy.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