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Linemarker</w:t>
      </w:r>
    </w:p>
    <w:p>
      <w:pPr>
        <w:spacing w:before="0" w:after="240"/>
      </w:pPr>
      <w:r>
        <w:t>I am writing to apply for the Linemarker position at [Company Name]. With hands-on experience in road marking and a strong focus on safety and precision, I am confident I can contribute to your team.</w:t>
      </w:r>
    </w:p>
    <w:p>
      <w:pPr>
        <w:spacing w:before="0" w:after="240"/>
      </w:pPr>
      <w:r>
        <w:t>In my previous role, I operated a line marking machine to apply thermoplastic lines on a multi-lane road project. I measured and marked the layout using a measuring wheel and GPS guidance, which helped the crew complete the job ahead of schedule and with minimal rework. I also maintained the spray gun and thermoplastic applicator, reducing equipment downtime during the project.</w:t>
      </w:r>
    </w:p>
    <w:p>
      <w:pPr>
        <w:spacing w:before="0" w:after="240"/>
      </w:pPr>
      <w:r>
        <w:t>I am particularly interested in working for [Company Name] because [add one genuine, specific reason: a project, value, or market position you can point to]. I want to bring my skills to a team that values quality and safety in road infrastructure.</w:t>
      </w:r>
    </w:p>
    <w:p>
      <w:pPr>
        <w:spacing w:before="0" w:after="240"/>
      </w:pPr>
      <w:r>
        <w:t>Thank you for considering my application. I have attached my resume and look forward to the opportunity to discuss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