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Loan Officer</w:t>
      </w:r>
    </w:p>
    <w:p>
      <w:pPr>
        <w:spacing w:before="0" w:after="240"/>
      </w:pPr>
      <w:r>
        <w:t>I am writing to apply for the Loan Officer position at [Company Name]. My background in credit assessment and client-facing lending work matches the day-to-day demands of this role, from reviewing financial statements to explaining loan terms clearly to borrowers.</w:t>
      </w:r>
    </w:p>
    <w:p>
      <w:pPr>
        <w:spacing w:before="0" w:after="240"/>
      </w:pPr>
      <w:r>
        <w:t>In my most recent lending role, I managed a caseload of retail and small business applications, reviewing financial statements and credit histories to assess serviceability before escalating recommendations to the approval committee. By tightening my document checklist and following up with applicants early on missing information, I kept my portfolio's turnaround consistently within the branch benchmark and reduced the number of files sent back for rework.</w:t>
      </w:r>
    </w:p>
    <w:p>
      <w:pPr>
        <w:spacing w:before="0" w:after="240"/>
      </w:pPr>
      <w:r>
        <w:t>[Company Name] [add one genuine, specific reason: a project, value, or market position you can point to], and I want to bring my lending and compliance experience to a team working at that standard.</w:t>
      </w:r>
    </w:p>
    <w:p>
      <w:pPr>
        <w:spacing w:before="0" w:after="240"/>
      </w:pPr>
      <w:r>
        <w:t>Thank you for considering my application. I have attached my resume, which sets out my lending experience and qualifications in more detail, and I would welcome the chance to discuss how I can contribute to your lending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