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Loan Processor</w:t>
      </w:r>
    </w:p>
    <w:p>
      <w:pPr>
        <w:spacing w:before="0" w:after="240"/>
      </w:pPr>
      <w:r>
        <w:t>I am writing to apply for the Loan Processor role at [Company Name]. With hands-on experience verifying borrower documents, preparing loan files for underwriting and ensuring compliance with responsible lending and anti-money-laundering requirements, I am confident I can support your team in delivering accurate and timely loan processing.</w:t>
      </w:r>
    </w:p>
    <w:p>
      <w:pPr>
        <w:spacing w:before="0" w:after="240"/>
      </w:pPr>
      <w:r>
        <w:t>In my current role, I reduced application rework by introducing a checklist for payslips, tax returns and bank statements before files went to underwriting. I also worked closely with brokers and solicitors to resolve documentation gaps, which helped maintain a smoother settlement pipeline. My attention to detail has helped me identify discrepancies that could otherwise have led to compliance issues under NCCP and AUSTRAC rules.</w:t>
      </w:r>
    </w:p>
    <w:p>
      <w:pPr>
        <w:spacing w:before="0" w:after="240"/>
      </w:pPr>
      <w:r>
        <w:t>I am interested in working with [Company Name] because [add one genuine, specific reason: a project, value, or market position you can point to].</w:t>
      </w:r>
    </w:p>
    <w:p>
      <w:pPr>
        <w:spacing w:before="0" w:after="240"/>
      </w:pPr>
      <w:r>
        <w:t>Thank you for considering my application. I have attached my resume and look forward to the opportunity to discuss how my skills in loan processing and compliance can support your lending operations.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