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Locksmith</w:t>
      </w:r>
    </w:p>
    <w:p>
      <w:pPr>
        <w:spacing w:before="0" w:after="240"/>
      </w:pPr>
      <w:r>
        <w:t>I am applying for the Locksmith role at [Company Name]. With a Certificate III in Locksmithing and a current security licence, I bring residential, commercial and automotive experience and the calm a callout needs at any hour.</w:t>
      </w:r>
    </w:p>
    <w:p>
      <w:pPr>
        <w:spacing w:before="0" w:after="240"/>
      </w:pPr>
      <w:r>
        <w:t>In my most recent work I rekeyed a whole block of units after a break-in, matching existing cylinders to a new master key and completing the job without damaging any door furniture. The building manager asked for me by name on the next two turnovers because the tenants could be back in their homes the same day.</w:t>
      </w:r>
    </w:p>
    <w:p>
      <w:pPr>
        <w:spacing w:before="0" w:after="240"/>
      </w:pPr>
      <w:r>
        <w:t>I want to work with [Company Name] because [add one genuine, specific reason: a project, value, or market position you can point to]. I am interested in a business that backs its locksmiths with good gear and lets them solve problems on site rather than just swap parts.</w:t>
      </w:r>
    </w:p>
    <w:p>
      <w:pPr>
        <w:spacing w:before="0" w:after="240"/>
      </w:pPr>
      <w:r>
        <w:t>Thank you for considering my application. My resume is attached, and I am happy to talk through my experience with non-destructive entry, key programming or access control at a time that suits you.</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