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Logistics Coordinator</w:t>
      </w:r>
    </w:p>
    <w:p>
      <w:pPr>
        <w:spacing w:before="0" w:after="240"/>
      </w:pPr>
      <w:r>
        <w:t>I'm writing to apply for the Logistics Coordinator role at [Company Name]. My background coordinating freight schedules, tracking shipments and resolving delivery issues across multiple suppliers and transport operators fits well with the day-to-day demands of this position.</w:t>
      </w:r>
    </w:p>
    <w:p>
      <w:pPr>
        <w:spacing w:before="0" w:after="240"/>
      </w:pPr>
      <w:r>
        <w:t>In my most recent logistics role, I managed the daily coordination of freight pickups and deliveries for a warehouse operation, tracking shipments through a WMS and stepping in whenever transport operators reported delays. When a supplier shipment fell out of sequence during a busy period, I renegotiated pickup windows with the affected transport operators and reshuffled the delivery schedule so customer orders still went out on time.</w:t>
      </w:r>
    </w:p>
    <w:p>
      <w:pPr>
        <w:spacing w:before="0" w:after="240"/>
      </w:pPr>
      <w:r>
        <w:t>[Company Name] [add one genuine, specific reason: a project, value, or market position you can point to], and I'd welcome the chance to bring my coordination and problem-solving skills to a team handling that scale of freight.</w:t>
      </w:r>
    </w:p>
    <w:p>
      <w:pPr>
        <w:spacing w:before="0" w:after="240"/>
      </w:pPr>
      <w:r>
        <w:t>Thank you for considering my application. I've attached my resume with more detail on my logistics coordination experience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