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Logistics Manager</w:t>
      </w:r>
    </w:p>
    <w:p>
      <w:pPr>
        <w:spacing w:before="0" w:after="240"/>
      </w:pPr>
      <w:r>
        <w:t>I am writing to apply for the Logistics Manager role at [Company Name]. With experience coordinating warehousing, transport and inventory across distribution networks, I can step into your operation and keep goods moving reliably.</w:t>
      </w:r>
    </w:p>
    <w:p>
      <w:pPr>
        <w:spacing w:before="0" w:after="240"/>
      </w:pPr>
      <w:r>
        <w:t>In my current role, I manage a distribution network that handles daily deliveries to metropolitan and regional customers. When a major carrier failed to meet its scheduled pickups, I rerouted freight through a secondary provider, coordinated stock transfers from a nearby warehouse and kept the affected customer orders on track. I also renegotiated linehaul rates with two transport providers, which reduced freight spend without extending delivery windows.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logistics operation where I can apply my experience in route planning, inventory control and carrier management to keep goods moving reliably.</w:t>
      </w:r>
    </w:p>
    <w:p>
      <w:pPr>
        <w:spacing w:before="0" w:after="240"/>
      </w:pPr>
      <w:r>
        <w:t>Thank you for considering my application. My resume is attached and I would welcome the chance to discuss how I can support [Company Name]'s logistics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