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Machine Learning Engineer</w:t>
      </w:r>
    </w:p>
    <w:p>
      <w:pPr>
        <w:spacing w:before="0" w:after="240"/>
      </w:pPr>
      <w:r>
        <w:t>I'm writing to apply for the Machine Learning Engineer position at [Company Name]. My background combines model development with the software engineering discipline needed to get those models running reliably in production, which matches the core of this role.</w:t>
      </w:r>
    </w:p>
    <w:p>
      <w:pPr>
        <w:spacing w:before="0" w:after="240"/>
      </w:pPr>
      <w:r>
        <w:t>In a recent project, I noticed a production model's accuracy quietly degrading over several weeks. Rather than patch it manually each time, I traced the cause to shifting input data, then rebuilt the retraining pipeline so it would detect drift and retrain automatically. That kind of problem, going from a vague performance complaint to a defined metric and a lasting fix, is the part of the job I find most satisfying.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apply broadly across the sector.</w:t>
      </w:r>
    </w:p>
    <w:p>
      <w:pPr>
        <w:spacing w:before="0" w:after="240"/>
      </w:pPr>
      <w:r>
        <w:t>Thank you for considering my application. I've attached my resume with more detail on my technical background and project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