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Maintenance Planner</w:t>
      </w:r>
    </w:p>
    <w:p>
      <w:pPr>
        <w:spacing w:before="0" w:after="240"/>
      </w:pPr>
      <w:r>
        <w:t>I am writing to apply for the Maintenance Planner role at [Company Name]. With a trade background and hands-on experience using CMMS platforms to schedule maintenance across mining and manufacturing assets, I am confident I can help keep your plant reliable and reduce unplanned downtime.</w:t>
      </w:r>
    </w:p>
    <w:p>
      <w:pPr>
        <w:spacing w:before="0" w:after="240"/>
      </w:pPr>
      <w:r>
        <w:t>In my current role, I reviewed over 200 work requests per month in SAP Plant Maintenance and built weekly schedules that balanced production needs with available labour and parts. By coordinating closely with operations and trades, I cut the backlog from 150 open work orders to 80 over three months and improved schedule compliance by aligning planned work with production windows. I also maintained asset registers for over 500 assets in IBM Maximo, ensuring data accuracy that supported better planning decisions.</w:t>
      </w:r>
    </w:p>
    <w:p>
      <w:pPr>
        <w:spacing w:before="0" w:after="240"/>
      </w:pPr>
      <w:r>
        <w:t>I am particularly drawn to [Company Name] because [add one genuine, specific reason: a project, value, or market position you can point to]. I am eager to bring my skills in maintenance planning and process improvement to your team.</w:t>
      </w:r>
    </w:p>
    <w:p>
      <w:pPr>
        <w:spacing w:before="0" w:after="240"/>
      </w:pPr>
      <w:r>
        <w:t>Thank you for considering my application. I have attached my resume and look forward to the opportunity to discuss how I can contribute to your maintenance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