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Marine Biologist</w:t>
      </w:r>
    </w:p>
    <w:p>
      <w:pPr>
        <w:spacing w:before="0" w:after="240"/>
      </w:pPr>
      <w:r>
        <w:t>I am writing to apply for the Marine Biologist position at [Company Name]. My background combines field survey work, laboratory analysis and technical reporting, and I am confident I can contribute to your team's conservation and research objectives from day one.</w:t>
      </w:r>
    </w:p>
    <w:p>
      <w:pPr>
        <w:spacing w:before="0" w:after="240"/>
      </w:pPr>
      <w:r>
        <w:t>In a recent monitoring project, I led specimen collection across multiple coastal sites over consecutive survey seasons, then processed the samples in the lab and ran the statistical analysis myself in R. That end-to-end involvement, from wet sampling to the final population trend report, meant I could catch data quality issues early and speak confidently to the findings when briefing stakeholders on management options.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 is the kind of work I want to be part of, and I believe my field and analytical experience would let me add value quickly.</w:t>
      </w:r>
    </w:p>
    <w:p>
      <w:pPr>
        <w:spacing w:before="0" w:after="240"/>
      </w:pPr>
      <w:r>
        <w:t>Thank you for considering my application. I have attached my resume, which sets out my field, laboratory and reporting experience in more detail, and I would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