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Marine Pilot</w:t>
      </w:r>
    </w:p>
    <w:p>
      <w:pPr>
        <w:spacing w:before="0" w:after="240"/>
      </w:pPr>
      <w:r>
        <w:t>I am writing to apply for the Marine Pilot position with [Company Name]. With extensive sea-going experience as a Master Mariner and a proven record of safe pilotage in confined waters, I am confident I can contribute to your port operations.</w:t>
      </w:r>
    </w:p>
    <w:p>
      <w:pPr>
        <w:spacing w:before="0" w:after="240"/>
      </w:pPr>
      <w:r>
        <w:t>In my current role, I have completed more than 150 pilotages annually through a busy commercial harbour, including vessels up to 300 metres in length. I coordinate closely with tug crews and vessel traffic services to ensure safe berthing, and I have reduced average berthing delays by streamlining pre-pilotage briefings and tug allocation.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share your commitment to safety and operational excellence, and I am keen to bring my local knowledge and leadership to your team.</w:t>
      </w:r>
    </w:p>
    <w:p>
      <w:pPr>
        <w:spacing w:before="0" w:after="240"/>
      </w:pPr>
      <w:r>
        <w:t>Thank you for considering my application. I have attached my resume for your review and look forward to discussing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