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Marketing Analyst</w:t>
      </w:r>
    </w:p>
    <w:p>
      <w:pPr>
        <w:spacing w:before="0" w:after="240"/>
      </w:pPr>
      <w:r>
        <w:t>I'm writing to apply for the Marketing Analyst role at [Company Name]. My background in campaign measurement and attribution modelling matches what this role needs: someone who can tell you what happened in a campaign, why, and what to do with the budget next quarter.</w:t>
      </w:r>
    </w:p>
    <w:p>
      <w:pPr>
        <w:spacing w:before="0" w:after="240"/>
      </w:pPr>
      <w:r>
        <w:t>In a previous analytics project, I noticed a channel that looked strong on last-click reporting was actually underperforming once I built a proper multi-touch attribution model in SQL and Power BI. Reallocating spend away from it towards better-performing channels gave the marketing team a clearer basis for their next budget round, and the dashboard I built meant they could track the impact themselves without waiting on ad hoc reports.</w:t>
      </w:r>
    </w:p>
    <w:p>
      <w:pPr>
        <w:spacing w:before="0" w:after="240"/>
      </w:pPr>
      <w:r>
        <w:t>What draws me to [Company Name] specifically is [add one genuine, specific reason: a project, value, or market position you can point to]. I want to work somewhere that treats marketing measurement as core to decision-making, not an afterthought.</w:t>
      </w:r>
    </w:p>
    <w:p>
      <w:pPr>
        <w:spacing w:before="0" w:after="240"/>
      </w:pPr>
      <w:r>
        <w:t>Thank you for considering my application. I've attached my resume and would welcome the chance to discuss how my analytics background could support your marketing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