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Marketing Assistant</w:t>
      </w:r>
    </w:p>
    <w:p>
      <w:pPr>
        <w:spacing w:before="0" w:after="240"/>
      </w:pPr>
      <w:r>
        <w:t>I am writing to apply for the Marketing Assistant role at [Company Name]. With a diploma in marketing and hands-on experience supporting campaigns across digital and traditional channels, I am confident I can contribute to your team from day one.</w:t>
      </w:r>
    </w:p>
    <w:p>
      <w:pPr>
        <w:spacing w:before="0" w:after="240"/>
      </w:pPr>
      <w:r>
        <w:t>In my most recent role, I assisted with the delivery of a multi-channel campaign that reached over 5,000 customers. I coordinated a content calendar across three social channels and noticed that engagement dropped on weekends, so I adjusted the schedule to publish on weekday mornings. This increased average likes per post from around 20 to over 50, and the campaign generated 200 leads. I also compiled weekly performance reports using Google Analytics, which cut my report preparation time from four hours to one.</w:t>
      </w:r>
    </w:p>
    <w:p>
      <w:pPr>
        <w:spacing w:before="0" w:after="240"/>
      </w:pPr>
      <w:r>
        <w:t>I am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and would welcome the opportunity to discuss how my skills in content creation, analytics and event coordination can support your marketing goals.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