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Marriage Celebrant</w:t>
      </w:r>
    </w:p>
    <w:p>
      <w:pPr>
        <w:spacing w:before="0" w:after="240"/>
      </w:pPr>
      <w:r>
        <w:t>I am writing to apply for the Marriage Celebrant role with [Company Name]. As a registered celebrant with a track record of designing personalised, legally sound ceremonies, I bring both the compliance discipline and the interpersonal warmth this work demands.</w:t>
      </w:r>
    </w:p>
    <w:p>
      <w:pPr>
        <w:spacing w:before="0" w:after="240"/>
      </w:pPr>
      <w:r>
        <w:t>In a recent booking, a couple approached me six weeks out from their date wanting to blend two distinct cultural traditions into one ceremony without losing the legal requirements of the Marriage Act. I spent two consultations working through their family stories and rituals, drafted a script that wove both traditions together, and rehearsed the pacing so nothing felt rushed on the day. The couple later told me it was exactly what they'd hoped for but hadn't known how to ask for.</w:t>
      </w:r>
    </w:p>
    <w:p>
      <w:pPr>
        <w:spacing w:before="0" w:after="240"/>
      </w:pPr>
      <w:r>
        <w:t>What draws me to [Company Name] specifically is [add one genuine, specific reason: a project, value, or market position you can point to]. That focus matches how I like to work with couples: carefully, personally, and without cutting corners on the legal side.</w:t>
      </w:r>
    </w:p>
    <w:p>
      <w:pPr>
        <w:spacing w:before="0" w:after="240"/>
      </w:pPr>
      <w:r>
        <w:t>Thank you for considering my application. I've attached my resume and would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