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Meat Process Worker</w:t>
      </w:r>
    </w:p>
    <w:p>
      <w:pPr>
        <w:spacing w:before="0" w:after="240"/>
      </w:pPr>
      <w:r>
        <w:t>I am writing to apply for the Meat Process Worker position at [Company Name]. With hands-on experience in boning, slicing and packing meat in a cold-room environment, I am confident I can meet the pace and hygiene standards your production line requires.</w:t>
      </w:r>
    </w:p>
    <w:p>
      <w:pPr>
        <w:spacing w:before="0" w:after="240"/>
      </w:pPr>
      <w:r>
        <w:t>In my current role, I work on a boning line where I trim and portion primal cuts to specification. I have cut waste by regularly checking my yield against the daily targets and adjusting my knife technique, which helped our team keep more product within spec on a high-volume shift. I also operate a bandsaw and vacuum packer, and I follow HACCP and WHS procedures without needing reminders.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workplace where food safety and animal welfare are taken seriously, and where I can keep building my skills.</w:t>
      </w:r>
    </w:p>
    <w:p>
      <w:pPr>
        <w:spacing w:before="0" w:after="240"/>
      </w:pPr>
      <w:r>
        <w:t>Thank you for considering my application. I have attached my resume and would welcome the chance to discuss how my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