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Mechatronics Engineer</w:t>
      </w:r>
    </w:p>
    <w:p>
      <w:pPr>
        <w:spacing w:before="0" w:after="240"/>
      </w:pPr>
      <w:r>
        <w:t>I'm writing to apply for the Mechatronics Engineer position at [Company Name]. My background covers the full path from CAD concept through to programmed, tested and commissioned automated systems, which matches the integration work this role calls for.</w:t>
      </w:r>
    </w:p>
    <w:p>
      <w:pPr>
        <w:spacing w:before="0" w:after="240"/>
      </w:pPr>
      <w:r>
        <w:t>In a recent project I designed the mechanical and electronic architecture for an automated system, then programmed the controllers and sensors that ran it. When early prototype testing showed the system missing its performance targets, I used oscilloscope data and MATLAB analysis to isolate the cause in the sensor feedback loop and retuned the control parameters, bringing the system within specification before the scheduled handover.</w:t>
      </w:r>
    </w:p>
    <w:p>
      <w:pPr>
        <w:spacing w:before="0" w:after="240"/>
      </w:pPr>
      <w:r>
        <w:t>[add one genuine, specific reason: a project, value, or market position you can point to] is what draws me to [Company Name] specifically, and I'd welcome the chance to bring my design and controls background to that kind of work.</w:t>
      </w:r>
    </w:p>
    <w:p>
      <w:pPr>
        <w:spacing w:before="0" w:after="240"/>
      </w:pPr>
      <w:r>
        <w:t>Thank you for considering my application. I've attached my resume with further detail on my technical background and project experience, and I'd be glad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