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Medical Device Sales Representative</w:t>
      </w:r>
    </w:p>
    <w:p>
      <w:pPr>
        <w:spacing w:before="0" w:after="240"/>
      </w:pPr>
      <w:r>
        <w:t>I am writing to apply for the Medical Device Sales Representative role at [Company Name]. With a clinical sales background and experience selling diagnostic and surgical equipment into hospitals, clinics and aged care, I am confident I can help grow your territory and support your customers.</w:t>
      </w:r>
    </w:p>
    <w:p>
      <w:pPr>
        <w:spacing w:before="0" w:after="240"/>
      </w:pPr>
      <w:r>
        <w:t>In my current role, I secured trial agreements with three major hospitals by demonstrating patient monitors to surgeons and ward staff, then coordinating biomedical engineering and infection control sign-off. Those trials converted into multi-year supply contracts, and I led the in-servicing program so nursing staff were confident using the devices from day one.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want to work for a manufacturer that invests in clinical evidence and supports representatives to build long-term relationships with hospital procurement and clinical teams.</w:t>
      </w:r>
    </w:p>
    <w:p>
      <w:pPr>
        <w:spacing w:before="0" w:after="240"/>
      </w:pPr>
      <w:r>
        <w:t>Thank you for considering my application. I have attached my resume for your review and would welcome the opportunity to discuss how I can contribute to your sales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